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מרכזיים בהערכה חלופית: AIAS, תיק תהליך, הגנה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בונים עבודת חקר עם אבני דרך ומחוון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שימוש אחראי ואיכותי בבינה מלאכותית בעבודות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מה שבינה מלאכותית לא יכולה לעשות במקום התלמיד/ה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רמה 3-4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רמה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תהליך 40, תוצר 40, הגנה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תיק התהליך כולל שיחות AI נבחרות עם הערות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במבנה שאלות ההגנה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בכתיבה בכיתה ובהגנה בעל פה מומלצת רמה 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שבועיות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(רמת השימוש המותר בבינה מלאכותית במשימה מסוימת)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(אוסף מתועד של שלבי העבודה, טיוטות ושיחות AI)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(תוצר ביניים עם תאריך שהמורה בודקת בדרך לתוצר הסופי)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(שיחה קצרה שבה מסבירים ומגינים על העבודה שהוגשה)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(שיחה בין מורה לתלמיד/ה באמצע התהליך שבודקת הבנה והתקדמות)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הגדרת הבעיה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מחקר משתמשים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בניית אב-טיפוס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הצגה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השאלה דורשת דוגמה אישית או מקומית, אין לה תשובה אחת נכונה, ומחייבת שימוש במושגים מהחומר הנלמד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התייחסות לשקיפות, תיעוד או אימות מידע, עם דוגמה קונקרטית וברורה למצב של הפרה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על סולם רמות השימוש המותר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מהגנה בעל פה כגון הבנה, מתודולוגיה, בחירות או שימוש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אבן דרך=תוצר ביניים בודד; תיק תהליך=אוסף מלא של כל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חלק ההתאמה בזוגות לפני הדיון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בדוגמה אמיתית מתוך הכיתה לפני 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לכיתה מתקדמת או ככפל אתגר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בעל-יסודי תלמידים משתמשים בבינה מלאכותית בעבודות, ולכן ההערכה בודקת לא רק את התוצר אלא גם את התהליך: איך חשבתם, איך השתמשתם בכלים, ואיך תגנו על העבודה בעל פה.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בודקת ההערכה החלופית בעידן ה-AI,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שינון עובדות ונתונים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שבינה מלאכותית לא יכולה לעשות במקום התלמיד/ה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מהירות הכתיבה במחשב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שליטה בתוכנות עיצוב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רמת AIAS מומלצת בעבודות חקר ותוצרים?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3-4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רמת AIAS מומלצת בהגנה בעל פה ובכתיבה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אבני דרך כוללת המסגרת המוצעת לעבודת חקר חלופית?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מתחלק המחוון המוצע לעבודת החקר מתוך 100 נקודות?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תהליך 40, תוצר 40, הגנה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תהליך 20, תוצר 60, הגנה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תהליך 50, תוצר 30, הגנה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תהליך 30, תוצר 30, הגנה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קריטריונים כולל המחוון להערכת איכות השימוש ב-AI?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AIAS הוא סולם שמתאר כמה מותר להשתמש בבינה מלאכותית במשימה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בתיק תהליך אין צורך לתעד שיחות עם בינה מלאכותית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בהגנה בעל פה נשאלות גם שאלות על התהליך והשימוש ב-AI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להשתמש ברמת AIAS 5 בכתיבה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בעבודת חקר חלופית מומלץ לבנות __________ אבני 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תיק התהליך כולל בין היתר רפלקציות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בהגנה בעל פה נשאלות שאלות הבנה, מתודולוגיה, בחירות, ותהליך ושימוש ב-__________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מחוון עבודת החקר מחולק לתהליך 40, תוצר 40 והגנה בעל פה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AIAS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שיחה בין מורה לתלמיד/ה באמצע התהליך שבודקת הבנה והתקדמות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תיק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שיחה קצרה שבה מסבירים ומגינים על העבודה שהוגשה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אבן 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רמת השימוש המותר בבינה מלאכותית במשימה מסוימת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הגנה בעל 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תוצר ביניים עם תאריך שהמורה בודקת בדרך לתוצר הסופי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שיחת מנחה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אוסף מתועד של שלבי העבודה, טיוטות ושיחות AI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מחקר משתמשים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הגדרת הבעיה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בניית אב-טיפוס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שאלת עמדה או דילמה לכתיבה טיעונית בנושא שאתם לומדים, כך שלא ניתן לענות עליה בתשובה גנרית של בינה מלאכותית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קריטריון אחד לשימוש אתי בבינה מלאכותית בעבודת חקר, ותנו דוגמה למצב שבו הוא מופר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AIAS ולמה הוא חשוב בעבודות עם בינה מלאכותית?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למה שבודקים בהגנה בעל 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אבן דרך לבין תיק 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