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בהערכה חלופית: AIAS, תיק תהליך, 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עבודת חקר עם אבני דרך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שימוש אחראי ואיכותי בבינה מלאכותית בעבודות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שבינה מלאכותית לא יכולה לעשות במקום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תהליך 40, תוצר 40, הגנה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תיק התהליך כולל שיחות AI נבחרות עם הערות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במבנה שאלות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בכתיבה בכיתה ובהגנה בעל פה מומלצת רמה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(רמת השימוש המותר בבינה מלאכותית במשימה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(אוסף מתועד של שלבי העבודה, טיוטות ושיחות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ביניים עם תאריך שהמורה בודקת בדרך לתוצר הסופי)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(שיחה קצרה שבה מסבירים ומגינים על העבודה שהוגשה)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(שיחה בין מורה לתלמיד/ה באמצע התהליך שבודקת הבנה והתקדמות)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 משתמשים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אב-טיפוס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דוגמה אישית או מקומית, אין לה תשובה אחת נכונה, ומחייבת שימוש במושגים מהחומר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לשקיפות, תיעוד או אימות מידע, עם דוגמה קונקרטית וברורה למצב של הפרה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סולם רמות השימוש המותר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מהגנה בעל פה כגון הבנה, מתודולוגיה, בחירות או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דרך=תוצר ביניים בודד; תיק תהליך=אוסף מלא של כל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מתוך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לכיתה מתקדמת או ככפל אתגר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תלמידים משתמשים היום בבינה מלאכותית כשהם כותבים עבודות. המורים בודקים גם איך חשבתם ועבדתם, לא רק מה כתבתם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שמראה כמה מותר להשתמש בבינה מלאכותית במשימה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כל שלבי העבודה: טיוטות, שיחות AI, רפלקציות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ביניים עם תאריך, שהמורה בודקת לפני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שבה התלמיד/ה מסביר/ה ומגן/ה על העבודה שהגיש/ה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מנחה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מורה לתלמיד/ה במהלך העבודה שבודקת הבנה והתקדמות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שלמדתי ואיך התקדמתי בתהליך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שימוש אתי ב-AI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הוגן ושקוף בכלי בינה מלאכותית, עם תיעוד וציון מה נעשה בעזרתם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המורים בודקים היום בעבודות?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עובדות ונתונים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שבינה מלאכותית לא יכולה לעשות במקום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הכתיבה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שליטה בתוכנות עיצוב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מותר להשתמש ב-AI בעבודת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מותר להשתמש ב-AI כשכותבים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אבני דרך כוללת המסגרת המוצעת לעבודת חקר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מתחלק המחוון המוצע לעבודת החקר מתוך 100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40, תוצר 40,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20, תוצר 60,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50, תוצר 30, הגנה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30, תוצר 30, הגנה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קריטריונים כולל המחוון להערכת איכות השימוש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AIAS הוא סולם שמתאר כמה מותר להשתמש בבינה מלאכותית במשימה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תהליך אין צורך לתעד שיחות עם בינה מלאכותית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בהגנה בעל פה נשאלות גם שאלות על התהליך והשימוש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להשתמש ברמת AIAS 5 בכתיבה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בעבודת חקר חלופית מומלץ לבנות __________ אבני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תיק התהליך כולל בין היתר רפלקציות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בהגנה בעל פה נשאלות שאלות הבנה, מתודולוגיה, בחירות, ותהליך ושימוש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מחוון עבודת החקר מחולק לתהליך 40, תוצר 40 והגנה בעל פה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קצרה שבה מסבירים ומגינים על העבודה שהוגשה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תוצר ביניים עם תאריך שהמורה בודקת בדרך לתוצר הסופי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אבן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בין מורה לתלמיד/ה באמצע התהליך שבודקת הבנה והתקדמות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רמת השימוש המותר בבינה מלאכותית במשימה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שיחת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מתועד של שלבי העבודה, טיוטות ושיחות 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 משתמשים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אב-טיפוס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הבעיה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עמדה או דילמה לכתיבה טיעונית בנושא שאתם לומדים, כך שלא ניתן לענות עליה בתשובה גנרית של בינה מלאכותית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קריטריון אחד לשימוש אתי בבינה מלאכותית בעבודת חקר, ותנו דוגמה למצב שבו הוא מופר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AIAS ולמה הוא חשוב בעבודות עם בינה מלאכותית?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שבודקים בהגנה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אבן דרך לבין תיק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