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בהערכה חלופית: AIAS, תיק תהליך, הגנה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עבודת חקר עם אבני דרך ומחוון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שימוש אחראי ואיכותי בבינה מלאכותית בעבודות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מה שבינה מלאכותית לא יכולה לעשות במקום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3-4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רמה 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תיק התהליך כולל שיחות AI נבחרות עם הערות ביקורת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(רמת השימוש המותר בבינה מלאכותית במשימה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(אוסף מתועד של שלבי העבודה, טיוטות ושיחות AI)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(תוצר ביניים עם תאריך שהמורה בודקת בדרך לתוצר הסופי)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(שיחה קצרה שבה מסבירים ומגינים על העבודה שהוגשה)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הגדרת הבעיה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 משתמשים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בניית אב-טיפוס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השאלה דורשת דוגמה אישית או מקומית, אין לה תשובה אחת נכונה, ומחייבת שימוש במושגים מהחומר הנלמד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על סולם רמות השימוש המותר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מהגנה בעל פה כגון הבנה, מתודולוגיה, בחירות או שימוש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אבן דרך=תוצר ביניים בודד; תיק תהליך=אוסף מלא של כל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חלק ההתאמה בזוגות לפני הדיון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בדוגמה אמיתית מתוך הכיתה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 ה-skip_n מתאימים לכיתה מתקדמת או ככפל אתגר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בעל-יסודי תלמידים משתמשים בבינה מלאכותית בעבודות, ולכן ההערכה בודקת לא רק את התוצר אלא גם את התהליך: איך חשבתם, איך השתמשתם בכלים, ואיך תגנו על העבודה בעל 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5  ·  שבועיות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בודקת ההערכה החלופית בעידן ה-AI,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שינון עובדות ונתונים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מה שבינה מלאכותית לא יכולה לעשות במקום התלמיד/ה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מהירות הכתיבה במחשב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רמת AIAS מומלצת בעבודות חקר ותוצרים?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3-4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איזו רמת AIAS מומלצת בהגנה בעל פה ובכתיבה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AIAS הוא סולם שמתאר כמה מותר להשתמש בבינה מלאכותית במשימה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בתיק תהליך אין צורך לתעד שיחות עם בינה מלאכותית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בעבודת חקר חלופית מומלץ לבנות __________ אבני דרך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תיק התהליך כולל בין היתר רפלקציות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AIAS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שיחה קצרה שבה מסבירים ומגינים על העבודה שהוגשה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תיק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רמת השימוש המותר בבינה מלאכותית במשימה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אבן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אוסף מתועד של שלבי העבודה, טיוטות ושיחות AI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הגנה בעל 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תוצר ביניים עם תאריך שהמורה בודקת בדרך לתוצר הסופי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אב-טיפוס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הגדרת הבעיה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מחקר משתמשים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שאלת עמדה או דילמה לכתיבה טיעונית בנושא שאתם לומדים, כך שלא ניתן לענות עליה בתשובה גנרית של בינה מלאכותית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AIAS ולמה הוא חשוב בעבודות עם בינה מלאכותית?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למה שבודקים בהגנה בעל פה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